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64AF0" w14:textId="77777777" w:rsidR="00802282" w:rsidRDefault="00CC7A84">
      <w:r>
        <w:t>[Nom de votre entreprise]</w:t>
      </w:r>
    </w:p>
    <w:p w14:paraId="76B5D0B2" w14:textId="77777777" w:rsidR="00802282" w:rsidRDefault="00CC7A84">
      <w:r>
        <w:t>[Nom et prénom du responsable]</w:t>
      </w:r>
    </w:p>
    <w:p w14:paraId="38143214" w14:textId="77777777" w:rsidR="00802282" w:rsidRDefault="00CC7A84">
      <w:r>
        <w:t>[Adresse de l'entreprise]</w:t>
      </w:r>
    </w:p>
    <w:p w14:paraId="79D1F504" w14:textId="77777777" w:rsidR="00802282" w:rsidRDefault="00CC7A84">
      <w:r>
        <w:t>[Code postal et Ville]</w:t>
      </w:r>
    </w:p>
    <w:p w14:paraId="06B18CCC" w14:textId="77777777" w:rsidR="00802282" w:rsidRDefault="00802282"/>
    <w:p w14:paraId="647328C7" w14:textId="77777777" w:rsidR="00802282" w:rsidRDefault="00CC7A84">
      <w:r>
        <w:t>[Lieu], le [Date]</w:t>
      </w:r>
    </w:p>
    <w:p w14:paraId="30F03CC0" w14:textId="77777777" w:rsidR="00802282" w:rsidRDefault="00802282"/>
    <w:p w14:paraId="0B575F28" w14:textId="77777777" w:rsidR="00802282" w:rsidRDefault="00CC7A84">
      <w:r>
        <w:t>Objet : Résiliation du contrat d'affiliation au secrétariat social</w:t>
      </w:r>
    </w:p>
    <w:p w14:paraId="31EA26FF" w14:textId="77777777" w:rsidR="00802282" w:rsidRDefault="00802282"/>
    <w:p w14:paraId="7EE6D794" w14:textId="6F528219" w:rsidR="00802282" w:rsidRDefault="00CC7A84">
      <w:r>
        <w:t>Madame, Monsieur,</w:t>
      </w:r>
      <w:r>
        <w:br/>
      </w:r>
      <w:r>
        <w:br/>
        <w:t>Par la présente, et conformément aux dispositions de notre contrat d'affiliation n° [numéro du contrat], nous vous informons de notre décision de mettre fin à notre collaboration concernant la gestion de notre administration des salaires.</w:t>
      </w:r>
      <w:r>
        <w:br/>
      </w:r>
      <w:r>
        <w:br/>
        <w:t>Conformément aux conditions contractuelles, le préavis de six mois débutera le 1er juillet [année en cours] pour se terminer le 31 décembre [année en cours], rendant la résiliation effective au 1er janvier [année suivante].</w:t>
      </w:r>
      <w:r>
        <w:br/>
      </w:r>
      <w:r>
        <w:br/>
        <w:t>Nous comptons sur votre collaboration pour assurer une transition harmonieuse et vous remercions par avance pour les services rendus jusqu'à la fin de notre partenariat.</w:t>
      </w:r>
      <w:r>
        <w:br/>
      </w:r>
      <w:r>
        <w:br/>
        <w:t>Veuillez agréer, Madame, Monsieur, l'expression de nos salutations distinguées.</w:t>
      </w:r>
      <w:r>
        <w:br/>
      </w:r>
    </w:p>
    <w:p w14:paraId="78E94BE3" w14:textId="77777777" w:rsidR="00802282" w:rsidRDefault="00CC7A84">
      <w:r>
        <w:t>[Nom et prénom du responsable]</w:t>
      </w:r>
    </w:p>
    <w:p w14:paraId="29113EE0" w14:textId="77777777" w:rsidR="00802282" w:rsidRDefault="00CC7A84">
      <w:r>
        <w:t>[Fonction du responsable]</w:t>
      </w:r>
    </w:p>
    <w:p w14:paraId="15A5D126" w14:textId="77777777" w:rsidR="00802282" w:rsidRDefault="00CC7A84">
      <w:r>
        <w:t>[Signature]</w:t>
      </w:r>
    </w:p>
    <w:sectPr w:rsidR="0080228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2387753">
    <w:abstractNumId w:val="8"/>
  </w:num>
  <w:num w:numId="2" w16cid:durableId="176314639">
    <w:abstractNumId w:val="6"/>
  </w:num>
  <w:num w:numId="3" w16cid:durableId="368337544">
    <w:abstractNumId w:val="5"/>
  </w:num>
  <w:num w:numId="4" w16cid:durableId="753743140">
    <w:abstractNumId w:val="4"/>
  </w:num>
  <w:num w:numId="5" w16cid:durableId="673923007">
    <w:abstractNumId w:val="7"/>
  </w:num>
  <w:num w:numId="6" w16cid:durableId="1295015263">
    <w:abstractNumId w:val="3"/>
  </w:num>
  <w:num w:numId="7" w16cid:durableId="1635939131">
    <w:abstractNumId w:val="2"/>
  </w:num>
  <w:num w:numId="8" w16cid:durableId="1733770513">
    <w:abstractNumId w:val="1"/>
  </w:num>
  <w:num w:numId="9" w16cid:durableId="560867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07C40"/>
    <w:rsid w:val="0025229F"/>
    <w:rsid w:val="0029639D"/>
    <w:rsid w:val="00326F90"/>
    <w:rsid w:val="00802282"/>
    <w:rsid w:val="00AA1D8D"/>
    <w:rsid w:val="00B47730"/>
    <w:rsid w:val="00CB0664"/>
    <w:rsid w:val="00CC00F6"/>
    <w:rsid w:val="00CC7A8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9CD2E4"/>
  <w14:defaultImageDpi w14:val="300"/>
  <w15:docId w15:val="{936F502C-3E11-4680-A6AA-E63947A1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Amato LIZZA</cp:lastModifiedBy>
  <cp:revision>3</cp:revision>
  <dcterms:created xsi:type="dcterms:W3CDTF">2025-04-07T11:41:00Z</dcterms:created>
  <dcterms:modified xsi:type="dcterms:W3CDTF">2025-04-07T12:54:00Z</dcterms:modified>
  <cp:category/>
</cp:coreProperties>
</file>